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55AB" w14:textId="77777777" w:rsidR="00B81D0B" w:rsidRPr="00F0156A" w:rsidRDefault="00000000">
      <w:pPr>
        <w:spacing w:after="0"/>
        <w:rPr>
          <w:sz w:val="56"/>
          <w:szCs w:val="56"/>
        </w:rPr>
      </w:pPr>
      <w:r w:rsidRPr="00F0156A">
        <w:rPr>
          <w:rFonts w:cs="Calibri"/>
          <w:b/>
          <w:color w:val="1F4D78"/>
          <w:sz w:val="56"/>
          <w:szCs w:val="56"/>
          <w:lang w:val="fr-FR"/>
        </w:rPr>
        <w:t>CHRISTOPHE PAOLINO</w:t>
      </w:r>
    </w:p>
    <w:p w14:paraId="03685DBD" w14:textId="36DE1174" w:rsidR="00B81D0B" w:rsidRPr="00F0156A" w:rsidRDefault="00000000">
      <w:pPr>
        <w:spacing w:after="40"/>
        <w:rPr>
          <w:sz w:val="36"/>
          <w:szCs w:val="36"/>
        </w:rPr>
      </w:pPr>
      <w:r w:rsidRPr="00F0156A">
        <w:rPr>
          <w:rFonts w:cs="Calibri"/>
          <w:b/>
          <w:sz w:val="36"/>
          <w:szCs w:val="36"/>
          <w:lang w:val="fr-FR"/>
        </w:rPr>
        <w:t>Technicien informatique</w:t>
      </w:r>
      <w:r w:rsidR="00155C01">
        <w:rPr>
          <w:rFonts w:cs="Calibri"/>
          <w:b/>
          <w:sz w:val="36"/>
          <w:szCs w:val="36"/>
          <w:lang w:val="fr-FR"/>
        </w:rPr>
        <w:t xml:space="preserve"> </w:t>
      </w:r>
      <w:r w:rsidR="00155C01" w:rsidRPr="00155C01">
        <w:rPr>
          <w:rFonts w:cs="Calibri"/>
          <w:b/>
          <w:bCs/>
          <w:sz w:val="36"/>
          <w:szCs w:val="36"/>
          <w:lang w:val="fr-FR"/>
        </w:rPr>
        <w:t>Agent de maîtrise</w:t>
      </w:r>
      <w:r w:rsidRPr="00F0156A">
        <w:rPr>
          <w:rFonts w:cs="Calibri"/>
          <w:b/>
          <w:sz w:val="36"/>
          <w:szCs w:val="36"/>
          <w:lang w:val="fr-FR"/>
        </w:rPr>
        <w:t xml:space="preserve"> | Support N1/N2, systèmes et réseaux</w:t>
      </w:r>
    </w:p>
    <w:p w14:paraId="55E0BC41" w14:textId="07368937" w:rsidR="00B81D0B" w:rsidRPr="00F0156A" w:rsidRDefault="00000000">
      <w:pPr>
        <w:pBdr>
          <w:bottom w:val="single" w:sz="5" w:space="4" w:color="9FBAD0"/>
        </w:pBdr>
        <w:spacing w:after="100"/>
        <w:rPr>
          <w:sz w:val="36"/>
          <w:szCs w:val="36"/>
        </w:rPr>
      </w:pPr>
      <w:r w:rsidRPr="00F0156A">
        <w:rPr>
          <w:rFonts w:cs="Calibri"/>
          <w:color w:val="5F6368"/>
          <w:sz w:val="36"/>
          <w:szCs w:val="36"/>
          <w:lang w:val="fr-FR"/>
        </w:rPr>
        <w:t xml:space="preserve">Landes (40) | 06 20 61 85 00 | christophe@cpaolino.fr | </w:t>
      </w:r>
      <w:r w:rsidR="00930A65">
        <w:rPr>
          <w:rFonts w:cs="Calibri"/>
          <w:color w:val="5F6368"/>
          <w:sz w:val="36"/>
          <w:szCs w:val="36"/>
          <w:lang w:val="fr-FR"/>
        </w:rPr>
        <w:t>www.</w:t>
      </w:r>
      <w:r w:rsidRPr="00F0156A">
        <w:rPr>
          <w:rFonts w:cs="Calibri"/>
          <w:color w:val="5F6368"/>
          <w:sz w:val="36"/>
          <w:szCs w:val="36"/>
          <w:lang w:val="fr-FR"/>
        </w:rPr>
        <w:t>cpaolino.fr | linkedin.com/in/</w:t>
      </w:r>
      <w:proofErr w:type="spellStart"/>
      <w:r w:rsidRPr="00F0156A">
        <w:rPr>
          <w:rFonts w:cs="Calibri"/>
          <w:color w:val="5F6368"/>
          <w:sz w:val="36"/>
          <w:szCs w:val="36"/>
          <w:lang w:val="fr-FR"/>
        </w:rPr>
        <w:t>christophe-paolino</w:t>
      </w:r>
      <w:proofErr w:type="spellEnd"/>
    </w:p>
    <w:p w14:paraId="29A2E3FA" w14:textId="77777777" w:rsidR="00B81D0B" w:rsidRPr="00F0156A" w:rsidRDefault="00000000">
      <w:pPr>
        <w:pStyle w:val="Titre1"/>
        <w:pBdr>
          <w:bottom w:val="single" w:sz="8" w:space="5" w:color="1F4D78"/>
        </w:pBdr>
        <w:rPr>
          <w:sz w:val="32"/>
          <w:szCs w:val="32"/>
        </w:rPr>
      </w:pPr>
      <w:r w:rsidRPr="00F0156A">
        <w:rPr>
          <w:rFonts w:ascii="Calibri" w:hAnsi="Calibri" w:cs="Calibri"/>
          <w:sz w:val="32"/>
          <w:szCs w:val="32"/>
          <w:lang w:val="fr-FR"/>
        </w:rPr>
        <w:t>PROFIL PROFESSIONNEL</w:t>
      </w:r>
    </w:p>
    <w:p w14:paraId="6910C9E8" w14:textId="77777777" w:rsidR="00B81D0B" w:rsidRPr="00F0156A" w:rsidRDefault="00000000">
      <w:pPr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Technicien informatique avec plus de 25 ans d'expérience en support technique, administration de systèmes et réseaux. Habitué à accompagner les utilisateurs, à diagnostiquer des incidents et à assurer la continuité des services. Dernière expérience : gestion informatique de cinq sociétés d'un même groupe, incluant postes de travail, serveurs, réseau, téléphonie et logiciels métier.</w:t>
      </w:r>
    </w:p>
    <w:p w14:paraId="441EAC30" w14:textId="77777777" w:rsidR="00B81D0B" w:rsidRPr="00F0156A" w:rsidRDefault="00000000">
      <w:pPr>
        <w:pStyle w:val="Titre1"/>
        <w:pBdr>
          <w:bottom w:val="single" w:sz="8" w:space="5" w:color="1F4D78"/>
        </w:pBdr>
        <w:rPr>
          <w:sz w:val="32"/>
          <w:szCs w:val="32"/>
        </w:rPr>
      </w:pPr>
      <w:r w:rsidRPr="00F0156A">
        <w:rPr>
          <w:rFonts w:ascii="Calibri" w:hAnsi="Calibri" w:cs="Calibri"/>
          <w:sz w:val="32"/>
          <w:szCs w:val="32"/>
          <w:lang w:val="fr-FR"/>
        </w:rPr>
        <w:t>COMPÉTENCES TECHNIQUES</w:t>
      </w:r>
    </w:p>
    <w:p w14:paraId="67C07E48" w14:textId="77777777" w:rsidR="00B81D0B" w:rsidRPr="00F0156A" w:rsidRDefault="00000000">
      <w:pPr>
        <w:spacing w:after="4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 xml:space="preserve">Support et postes de travail : </w:t>
      </w:r>
      <w:r w:rsidRPr="00F0156A">
        <w:rPr>
          <w:rFonts w:cs="Calibri"/>
          <w:sz w:val="28"/>
          <w:szCs w:val="28"/>
          <w:lang w:val="fr-FR"/>
        </w:rPr>
        <w:t>support utilisateurs N1/N2, diagnostic, dépannage matériel et logiciel, Microsoft Windows XP à 11, matériel Dell/HP, impression, téléphonie, caisses et logiciels métier.</w:t>
      </w:r>
    </w:p>
    <w:p w14:paraId="5EB98FFB" w14:textId="77777777" w:rsidR="00B81D0B" w:rsidRPr="00F0156A" w:rsidRDefault="00000000">
      <w:pPr>
        <w:spacing w:after="4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 xml:space="preserve">Systèmes et réseaux : </w:t>
      </w:r>
      <w:r w:rsidRPr="00F0156A">
        <w:rPr>
          <w:rFonts w:cs="Calibri"/>
          <w:sz w:val="28"/>
          <w:szCs w:val="28"/>
          <w:lang w:val="fr-FR"/>
        </w:rPr>
        <w:t>Linux (Debian, Pi OS), Windows, administration réseau, DNS, DHCP, baies de brassage, VPN OpenVPN et Tailscale, Samba, NAS Synology, NFS, rsync.</w:t>
      </w:r>
    </w:p>
    <w:p w14:paraId="0FD58BBE" w14:textId="77777777" w:rsidR="00B81D0B" w:rsidRPr="00F0156A" w:rsidRDefault="00000000">
      <w:pPr>
        <w:spacing w:after="4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 xml:space="preserve">Infrastructure et supervision : </w:t>
      </w:r>
      <w:r w:rsidRPr="00F0156A">
        <w:rPr>
          <w:rFonts w:cs="Calibri"/>
          <w:sz w:val="28"/>
          <w:szCs w:val="28"/>
          <w:lang w:val="fr-FR"/>
        </w:rPr>
        <w:t>Docker, Docker Compose, Portainer, Uptime Kuma, sauvegardes automatisées, services auto-hébergés, Raspberry Pi 5.</w:t>
      </w:r>
    </w:p>
    <w:p w14:paraId="0E5EBFA9" w14:textId="77777777" w:rsidR="00B81D0B" w:rsidRPr="00F0156A" w:rsidRDefault="00000000">
      <w:pPr>
        <w:spacing w:after="4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 xml:space="preserve">Automatisation, IA et développement : </w:t>
      </w:r>
      <w:r w:rsidRPr="00F0156A">
        <w:rPr>
          <w:rFonts w:cs="Calibri"/>
          <w:sz w:val="28"/>
          <w:szCs w:val="28"/>
          <w:lang w:val="fr-FR"/>
        </w:rPr>
        <w:t>Ollama, LLM locaux, Claude, Perplexity, prompt engineering, RAG, n8n, Python, Flask, Selenium, Bash, HTML/CSS/JavaScript, API REST et scraping.</w:t>
      </w:r>
    </w:p>
    <w:p w14:paraId="63EB5C62" w14:textId="62BF8AEA" w:rsidR="00B81D0B" w:rsidRPr="00F0156A" w:rsidRDefault="00000000">
      <w:pPr>
        <w:rPr>
          <w:sz w:val="28"/>
          <w:szCs w:val="28"/>
        </w:rPr>
      </w:pPr>
      <w:proofErr w:type="gramStart"/>
      <w:r w:rsidRPr="00F0156A">
        <w:rPr>
          <w:rFonts w:cs="Calibri"/>
          <w:b/>
          <w:sz w:val="28"/>
          <w:szCs w:val="28"/>
          <w:lang w:val="fr-FR"/>
        </w:rPr>
        <w:t>Domotique:</w:t>
      </w:r>
      <w:proofErr w:type="gramEnd"/>
      <w:r w:rsidRPr="00F0156A">
        <w:rPr>
          <w:rFonts w:cs="Calibri"/>
          <w:b/>
          <w:sz w:val="28"/>
          <w:szCs w:val="28"/>
          <w:lang w:val="fr-FR"/>
        </w:rPr>
        <w:t xml:space="preserve"> </w:t>
      </w:r>
      <w:r w:rsidRPr="00F0156A">
        <w:rPr>
          <w:rFonts w:cs="Calibri"/>
          <w:sz w:val="28"/>
          <w:szCs w:val="28"/>
          <w:lang w:val="fr-FR"/>
        </w:rPr>
        <w:t>Home Assistant, ZHA, Zigbee, MQTT, automatisations de présence.</w:t>
      </w:r>
    </w:p>
    <w:p w14:paraId="5743F8F6" w14:textId="77777777" w:rsidR="00B81D0B" w:rsidRPr="00F0156A" w:rsidRDefault="00000000">
      <w:pPr>
        <w:pStyle w:val="Titre1"/>
        <w:pBdr>
          <w:bottom w:val="single" w:sz="8" w:space="5" w:color="1F4D78"/>
        </w:pBdr>
        <w:rPr>
          <w:sz w:val="32"/>
          <w:szCs w:val="32"/>
        </w:rPr>
      </w:pPr>
      <w:r w:rsidRPr="00F0156A">
        <w:rPr>
          <w:rFonts w:ascii="Calibri" w:hAnsi="Calibri" w:cs="Calibri"/>
          <w:sz w:val="32"/>
          <w:szCs w:val="32"/>
          <w:lang w:val="fr-FR"/>
        </w:rPr>
        <w:t>EXPÉRIENCE PROFESSIONNELLE</w:t>
      </w:r>
    </w:p>
    <w:p w14:paraId="65B2DBA4" w14:textId="40AD4795" w:rsidR="00B81D0B" w:rsidRPr="00F0156A" w:rsidRDefault="00000000">
      <w:pPr>
        <w:keepNext/>
        <w:spacing w:before="60" w:after="20"/>
        <w:rPr>
          <w:sz w:val="28"/>
          <w:szCs w:val="28"/>
        </w:rPr>
      </w:pPr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Août 2023 - Juin </w:t>
      </w:r>
      <w:proofErr w:type="gramStart"/>
      <w:r w:rsidRPr="00F0156A">
        <w:rPr>
          <w:rFonts w:cs="Calibri"/>
          <w:b/>
          <w:color w:val="1F4D78"/>
          <w:sz w:val="28"/>
          <w:szCs w:val="28"/>
          <w:lang w:val="fr-FR"/>
        </w:rPr>
        <w:t>2026  |</w:t>
      </w:r>
      <w:proofErr w:type="gramEnd"/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  </w:t>
      </w:r>
      <w:r w:rsidRPr="00F0156A">
        <w:rPr>
          <w:rFonts w:cs="Calibri"/>
          <w:b/>
          <w:sz w:val="28"/>
          <w:szCs w:val="28"/>
          <w:lang w:val="fr-FR"/>
        </w:rPr>
        <w:t>Adjoint responsable informatique</w:t>
      </w:r>
      <w:r w:rsidRPr="00F0156A">
        <w:rPr>
          <w:rFonts w:cs="Calibri"/>
          <w:sz w:val="28"/>
          <w:szCs w:val="28"/>
          <w:lang w:val="fr-FR"/>
        </w:rPr>
        <w:t xml:space="preserve"> -</w:t>
      </w:r>
      <w:r w:rsidR="000C6D9B">
        <w:rPr>
          <w:rFonts w:cs="Calibri"/>
          <w:sz w:val="28"/>
          <w:szCs w:val="28"/>
          <w:lang w:val="fr-FR"/>
        </w:rPr>
        <w:t xml:space="preserve"> </w:t>
      </w:r>
      <w:r w:rsidR="000C6D9B" w:rsidRPr="00C838AE">
        <w:rPr>
          <w:rFonts w:cs="Calibri"/>
          <w:b/>
          <w:bCs/>
          <w:sz w:val="28"/>
          <w:szCs w:val="28"/>
          <w:lang w:val="fr-FR"/>
        </w:rPr>
        <w:t>Agent de maîtrise</w:t>
      </w:r>
      <w:r w:rsidR="000C6D9B">
        <w:rPr>
          <w:rFonts w:cs="Calibri"/>
          <w:sz w:val="28"/>
          <w:szCs w:val="28"/>
          <w:lang w:val="fr-FR"/>
        </w:rPr>
        <w:t xml:space="preserve"> </w:t>
      </w:r>
      <w:r w:rsidR="000C6D9B" w:rsidRPr="007129BA">
        <w:rPr>
          <w:rFonts w:cs="Calibri"/>
          <w:b/>
          <w:bCs/>
          <w:sz w:val="28"/>
          <w:szCs w:val="28"/>
          <w:lang w:val="fr-FR"/>
        </w:rPr>
        <w:t>-</w:t>
      </w:r>
      <w:r w:rsidRPr="007129BA">
        <w:rPr>
          <w:rFonts w:cs="Calibri"/>
          <w:b/>
          <w:bCs/>
          <w:sz w:val="28"/>
          <w:szCs w:val="28"/>
          <w:lang w:val="fr-FR"/>
        </w:rPr>
        <w:t xml:space="preserve"> </w:t>
      </w:r>
      <w:proofErr w:type="gramStart"/>
      <w:r w:rsidRPr="007129BA">
        <w:rPr>
          <w:rFonts w:cs="Calibri"/>
          <w:b/>
          <w:bCs/>
          <w:sz w:val="28"/>
          <w:szCs w:val="28"/>
          <w:lang w:val="fr-FR"/>
        </w:rPr>
        <w:t>E.Leclerc</w:t>
      </w:r>
      <w:proofErr w:type="gramEnd"/>
      <w:r w:rsidRPr="007129BA">
        <w:rPr>
          <w:rFonts w:cs="Calibri"/>
          <w:b/>
          <w:bCs/>
          <w:sz w:val="28"/>
          <w:szCs w:val="28"/>
          <w:lang w:val="fr-FR"/>
        </w:rPr>
        <w:t>, Saint-Pierre-du-Mont</w:t>
      </w:r>
    </w:p>
    <w:p w14:paraId="19A12076" w14:textId="4A639B31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 xml:space="preserve">Gestion informatique de cinq sociétés du groupe : </w:t>
      </w:r>
      <w:r w:rsidR="004A40D9" w:rsidRPr="004A40D9">
        <w:rPr>
          <w:rFonts w:cs="Calibri"/>
          <w:sz w:val="28"/>
          <w:szCs w:val="28"/>
        </w:rPr>
        <w:t xml:space="preserve">Analyses de </w:t>
      </w:r>
      <w:proofErr w:type="spellStart"/>
      <w:r w:rsidR="004A40D9" w:rsidRPr="004A40D9">
        <w:rPr>
          <w:rFonts w:cs="Calibri"/>
          <w:sz w:val="28"/>
          <w:szCs w:val="28"/>
        </w:rPr>
        <w:t>l'évolution</w:t>
      </w:r>
      <w:proofErr w:type="spellEnd"/>
      <w:r w:rsidR="004A40D9" w:rsidRPr="004A40D9">
        <w:rPr>
          <w:rFonts w:cs="Calibri"/>
          <w:sz w:val="28"/>
          <w:szCs w:val="28"/>
        </w:rPr>
        <w:t xml:space="preserve"> du chiffre d'affaires dans les </w:t>
      </w:r>
      <w:proofErr w:type="spellStart"/>
      <w:r w:rsidR="004A40D9" w:rsidRPr="004A40D9">
        <w:rPr>
          <w:rFonts w:cs="Calibri"/>
          <w:sz w:val="28"/>
          <w:szCs w:val="28"/>
        </w:rPr>
        <w:t>outils</w:t>
      </w:r>
      <w:proofErr w:type="spellEnd"/>
      <w:r w:rsidR="004A40D9" w:rsidRPr="004A40D9">
        <w:rPr>
          <w:rFonts w:cs="Calibri"/>
          <w:sz w:val="28"/>
          <w:szCs w:val="28"/>
        </w:rPr>
        <w:t xml:space="preserve"> </w:t>
      </w:r>
      <w:r w:rsidR="00457579">
        <w:rPr>
          <w:rFonts w:cs="Calibri"/>
          <w:sz w:val="28"/>
          <w:szCs w:val="28"/>
        </w:rPr>
        <w:t xml:space="preserve">métiers </w:t>
      </w:r>
      <w:r w:rsidR="004A40D9" w:rsidRPr="004A40D9">
        <w:rPr>
          <w:rFonts w:cs="Calibri"/>
          <w:b/>
          <w:bCs/>
          <w:sz w:val="28"/>
          <w:szCs w:val="28"/>
        </w:rPr>
        <w:t>Abaco</w:t>
      </w:r>
      <w:r w:rsidR="004A40D9" w:rsidRPr="004A40D9">
        <w:rPr>
          <w:rFonts w:cs="Calibri"/>
          <w:sz w:val="28"/>
          <w:szCs w:val="28"/>
        </w:rPr>
        <w:t xml:space="preserve"> et </w:t>
      </w:r>
      <w:proofErr w:type="spellStart"/>
      <w:r w:rsidR="004A40D9" w:rsidRPr="004A40D9">
        <w:rPr>
          <w:rFonts w:cs="Calibri"/>
          <w:b/>
          <w:bCs/>
          <w:sz w:val="28"/>
          <w:szCs w:val="28"/>
        </w:rPr>
        <w:t>Evolutel</w:t>
      </w:r>
      <w:proofErr w:type="spellEnd"/>
      <w:r w:rsidR="004A40D9">
        <w:rPr>
          <w:rFonts w:cs="Calibri"/>
          <w:sz w:val="28"/>
          <w:szCs w:val="28"/>
        </w:rPr>
        <w:t xml:space="preserve">, </w:t>
      </w:r>
      <w:r w:rsidRPr="00F0156A">
        <w:rPr>
          <w:rFonts w:cs="Calibri"/>
          <w:sz w:val="28"/>
          <w:szCs w:val="28"/>
          <w:lang w:val="fr-FR"/>
        </w:rPr>
        <w:t>postes de travail, serveurs et réseau.</w:t>
      </w:r>
    </w:p>
    <w:p w14:paraId="55670856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Administration des systèmes et du réseau, incluant la gestion des baies de brassage.</w:t>
      </w:r>
    </w:p>
    <w:p w14:paraId="6CB7B14B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Support technique N1/N2 : écoute des utilisateurs, accompagnement, diagnostic et résolution d'incidents.</w:t>
      </w:r>
    </w:p>
    <w:p w14:paraId="5E197338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Gestion de la téléphonie, des logiciels métier, des caisses et des périphériques.</w:t>
      </w:r>
    </w:p>
    <w:p w14:paraId="1166179E" w14:textId="77777777" w:rsidR="00B81D0B" w:rsidRPr="00F0156A" w:rsidRDefault="00000000">
      <w:pPr>
        <w:keepNext/>
        <w:spacing w:before="60" w:after="20"/>
        <w:rPr>
          <w:sz w:val="28"/>
          <w:szCs w:val="28"/>
        </w:rPr>
      </w:pPr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2022 - </w:t>
      </w:r>
      <w:proofErr w:type="gramStart"/>
      <w:r w:rsidRPr="00F0156A">
        <w:rPr>
          <w:rFonts w:cs="Calibri"/>
          <w:b/>
          <w:color w:val="1F4D78"/>
          <w:sz w:val="28"/>
          <w:szCs w:val="28"/>
          <w:lang w:val="fr-FR"/>
        </w:rPr>
        <w:t>2023  |</w:t>
      </w:r>
      <w:proofErr w:type="gramEnd"/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  </w:t>
      </w:r>
      <w:r w:rsidRPr="00F0156A">
        <w:rPr>
          <w:rFonts w:cs="Calibri"/>
          <w:b/>
          <w:sz w:val="28"/>
          <w:szCs w:val="28"/>
          <w:lang w:val="fr-FR"/>
        </w:rPr>
        <w:t>Entrepreneur</w:t>
      </w:r>
      <w:r w:rsidRPr="00F0156A">
        <w:rPr>
          <w:rFonts w:cs="Calibri"/>
          <w:sz w:val="28"/>
          <w:szCs w:val="28"/>
          <w:lang w:val="fr-FR"/>
        </w:rPr>
        <w:t xml:space="preserve"> - Activité de restauration ambulante BBQ</w:t>
      </w:r>
    </w:p>
    <w:p w14:paraId="14A4CDEF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Création et gestion complète d'une activité indépendante de restauration ambulante.</w:t>
      </w:r>
    </w:p>
    <w:p w14:paraId="117D12E2" w14:textId="20DB8F9F" w:rsidR="00B81D0B" w:rsidRPr="00F0156A" w:rsidRDefault="00000000">
      <w:pPr>
        <w:keepNext/>
        <w:spacing w:before="60" w:after="20"/>
        <w:rPr>
          <w:sz w:val="28"/>
          <w:szCs w:val="28"/>
        </w:rPr>
      </w:pPr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Janvier 2000 - Mai </w:t>
      </w:r>
      <w:proofErr w:type="gramStart"/>
      <w:r w:rsidRPr="00F0156A">
        <w:rPr>
          <w:rFonts w:cs="Calibri"/>
          <w:b/>
          <w:color w:val="1F4D78"/>
          <w:sz w:val="28"/>
          <w:szCs w:val="28"/>
          <w:lang w:val="fr-FR"/>
        </w:rPr>
        <w:t>2021  |</w:t>
      </w:r>
      <w:proofErr w:type="gramEnd"/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  </w:t>
      </w:r>
      <w:r w:rsidRPr="00F0156A">
        <w:rPr>
          <w:rFonts w:cs="Calibri"/>
          <w:b/>
          <w:sz w:val="28"/>
          <w:szCs w:val="28"/>
          <w:lang w:val="fr-FR"/>
        </w:rPr>
        <w:t>Technicien informatique hotline</w:t>
      </w:r>
      <w:r w:rsidRPr="00F0156A">
        <w:rPr>
          <w:rFonts w:cs="Calibri"/>
          <w:sz w:val="28"/>
          <w:szCs w:val="28"/>
          <w:lang w:val="fr-FR"/>
        </w:rPr>
        <w:t xml:space="preserve"> -</w:t>
      </w:r>
      <w:r w:rsidR="00C838AE">
        <w:rPr>
          <w:rFonts w:cs="Calibri"/>
          <w:sz w:val="28"/>
          <w:szCs w:val="28"/>
          <w:lang w:val="fr-FR"/>
        </w:rPr>
        <w:t xml:space="preserve"> </w:t>
      </w:r>
      <w:r w:rsidR="00C838AE" w:rsidRPr="00C838AE">
        <w:rPr>
          <w:rFonts w:cs="Calibri"/>
          <w:b/>
          <w:bCs/>
          <w:sz w:val="28"/>
          <w:szCs w:val="28"/>
          <w:lang w:val="fr-FR"/>
        </w:rPr>
        <w:t>Agent de maîtrise</w:t>
      </w:r>
      <w:r w:rsidR="00C838AE">
        <w:rPr>
          <w:rFonts w:cs="Calibri"/>
          <w:sz w:val="28"/>
          <w:szCs w:val="28"/>
          <w:lang w:val="fr-FR"/>
        </w:rPr>
        <w:t xml:space="preserve"> -</w:t>
      </w:r>
      <w:r w:rsidRPr="00F0156A">
        <w:rPr>
          <w:rFonts w:cs="Calibri"/>
          <w:sz w:val="28"/>
          <w:szCs w:val="28"/>
          <w:lang w:val="fr-FR"/>
        </w:rPr>
        <w:t xml:space="preserve"> </w:t>
      </w:r>
      <w:proofErr w:type="spellStart"/>
      <w:r w:rsidRPr="007129BA">
        <w:rPr>
          <w:rFonts w:cs="Calibri"/>
          <w:b/>
          <w:bCs/>
          <w:sz w:val="28"/>
          <w:szCs w:val="28"/>
          <w:lang w:val="fr-FR"/>
        </w:rPr>
        <w:t>Concentrix</w:t>
      </w:r>
      <w:proofErr w:type="spellEnd"/>
      <w:r w:rsidRPr="00F0156A">
        <w:rPr>
          <w:rFonts w:cs="Calibri"/>
          <w:sz w:val="28"/>
          <w:szCs w:val="28"/>
          <w:lang w:val="fr-FR"/>
        </w:rPr>
        <w:t xml:space="preserve"> </w:t>
      </w:r>
      <w:r w:rsidR="007129BA" w:rsidRPr="007129BA">
        <w:rPr>
          <w:b/>
          <w:bCs/>
          <w:color w:val="2C3E50"/>
          <w:sz w:val="28"/>
          <w:szCs w:val="28"/>
        </w:rPr>
        <w:t>Global Technology S.A.S France</w:t>
      </w:r>
      <w:r w:rsidR="007129BA">
        <w:rPr>
          <w:b/>
          <w:bCs/>
          <w:color w:val="2C3E50"/>
          <w:sz w:val="20"/>
          <w:szCs w:val="20"/>
        </w:rPr>
        <w:t xml:space="preserve"> </w:t>
      </w:r>
      <w:r w:rsidRPr="007129BA">
        <w:rPr>
          <w:rFonts w:cs="Calibri"/>
          <w:b/>
          <w:bCs/>
          <w:sz w:val="28"/>
          <w:szCs w:val="28"/>
          <w:lang w:val="fr-FR"/>
        </w:rPr>
        <w:t>(Stream), Angers</w:t>
      </w:r>
    </w:p>
    <w:p w14:paraId="064A1F67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Support technique Orange ADSL et fibre optique de niveau 2, y compris sur un périmètre anglophone EPAC.</w:t>
      </w:r>
    </w:p>
    <w:p w14:paraId="64A367D7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Support Microsoft Windows et dépannage de matériel Dell/HP ainsi que des technologies d'impression jet d'encre et laser.</w:t>
      </w:r>
    </w:p>
    <w:p w14:paraId="6BD39080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Accueil client, écoute active, troubleshooting et résolution des problèmes avec pédagogie.</w:t>
      </w:r>
    </w:p>
    <w:p w14:paraId="2E5B5FD5" w14:textId="77777777" w:rsidR="00B81D0B" w:rsidRPr="00F0156A" w:rsidRDefault="00000000">
      <w:pPr>
        <w:keepNext/>
        <w:spacing w:before="60" w:after="20"/>
        <w:rPr>
          <w:sz w:val="28"/>
          <w:szCs w:val="28"/>
        </w:rPr>
      </w:pPr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1986 - </w:t>
      </w:r>
      <w:proofErr w:type="gramStart"/>
      <w:r w:rsidRPr="00F0156A">
        <w:rPr>
          <w:rFonts w:cs="Calibri"/>
          <w:b/>
          <w:color w:val="1F4D78"/>
          <w:sz w:val="28"/>
          <w:szCs w:val="28"/>
          <w:lang w:val="fr-FR"/>
        </w:rPr>
        <w:t>2000  |</w:t>
      </w:r>
      <w:proofErr w:type="gramEnd"/>
      <w:r w:rsidRPr="00F0156A">
        <w:rPr>
          <w:rFonts w:cs="Calibri"/>
          <w:b/>
          <w:color w:val="1F4D78"/>
          <w:sz w:val="28"/>
          <w:szCs w:val="28"/>
          <w:lang w:val="fr-FR"/>
        </w:rPr>
        <w:t xml:space="preserve">  </w:t>
      </w:r>
      <w:r w:rsidRPr="00F0156A">
        <w:rPr>
          <w:rFonts w:cs="Calibri"/>
          <w:b/>
          <w:sz w:val="28"/>
          <w:szCs w:val="28"/>
          <w:lang w:val="fr-FR"/>
        </w:rPr>
        <w:t>Carrière en hôtellerie-restauration internationale</w:t>
      </w:r>
      <w:r w:rsidRPr="00F0156A">
        <w:rPr>
          <w:rFonts w:cs="Calibri"/>
          <w:sz w:val="28"/>
          <w:szCs w:val="28"/>
          <w:lang w:val="fr-FR"/>
        </w:rPr>
        <w:t xml:space="preserve"> - France, Royaume-Uni, Suisse, Monaco et Jersey</w:t>
      </w:r>
    </w:p>
    <w:p w14:paraId="0278466C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Chef de rang dans des établissements haut de gamme ; expérience multiculturelle, relation client, gestion du stress et travail en équipe.</w:t>
      </w:r>
    </w:p>
    <w:p w14:paraId="5B32611E" w14:textId="77777777" w:rsidR="00B81D0B" w:rsidRPr="00F0156A" w:rsidRDefault="00000000">
      <w:pPr>
        <w:pStyle w:val="Titre1"/>
        <w:pBdr>
          <w:bottom w:val="single" w:sz="8" w:space="5" w:color="1F4D78"/>
        </w:pBdr>
        <w:rPr>
          <w:sz w:val="32"/>
          <w:szCs w:val="32"/>
        </w:rPr>
      </w:pPr>
      <w:r w:rsidRPr="00F0156A">
        <w:rPr>
          <w:rFonts w:ascii="Calibri" w:hAnsi="Calibri" w:cs="Calibri"/>
          <w:sz w:val="32"/>
          <w:szCs w:val="32"/>
          <w:lang w:val="fr-FR"/>
        </w:rPr>
        <w:t>PROJETS PERSONNELS ET HOMELAB</w:t>
      </w:r>
    </w:p>
    <w:p w14:paraId="36C4AB78" w14:textId="77777777" w:rsidR="00B81D0B" w:rsidRPr="00F0156A" w:rsidRDefault="00000000">
      <w:pPr>
        <w:keepNext/>
        <w:spacing w:before="60" w:after="2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>Infrastructure auto-hébergée et services réseau</w:t>
      </w:r>
      <w:r w:rsidRPr="00F0156A">
        <w:rPr>
          <w:rFonts w:cs="Calibri"/>
          <w:color w:val="5F6368"/>
          <w:sz w:val="28"/>
          <w:szCs w:val="28"/>
          <w:lang w:val="fr-FR"/>
        </w:rPr>
        <w:t xml:space="preserve"> | Projet personnel</w:t>
      </w:r>
    </w:p>
    <w:p w14:paraId="31F2F6D5" w14:textId="75DD88A6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 xml:space="preserve">Conception et administration d'une infrastructure sur Raspberry Pi 5 : Pi-hole, Unbound, </w:t>
      </w:r>
      <w:proofErr w:type="spellStart"/>
      <w:r w:rsidRPr="00F0156A">
        <w:rPr>
          <w:rFonts w:cs="Calibri"/>
          <w:sz w:val="28"/>
          <w:szCs w:val="28"/>
          <w:lang w:val="fr-FR"/>
        </w:rPr>
        <w:t>OpenVPN</w:t>
      </w:r>
      <w:proofErr w:type="spellEnd"/>
      <w:r w:rsidRPr="00F0156A">
        <w:rPr>
          <w:rFonts w:cs="Calibri"/>
          <w:sz w:val="28"/>
          <w:szCs w:val="28"/>
          <w:lang w:val="fr-FR"/>
        </w:rPr>
        <w:t xml:space="preserve">, </w:t>
      </w:r>
      <w:proofErr w:type="spellStart"/>
      <w:r w:rsidRPr="00F0156A">
        <w:rPr>
          <w:rFonts w:cs="Calibri"/>
          <w:sz w:val="28"/>
          <w:szCs w:val="28"/>
          <w:lang w:val="fr-FR"/>
        </w:rPr>
        <w:t>Tailscale</w:t>
      </w:r>
      <w:proofErr w:type="spellEnd"/>
      <w:r w:rsidRPr="00F0156A">
        <w:rPr>
          <w:rFonts w:cs="Calibri"/>
          <w:sz w:val="28"/>
          <w:szCs w:val="28"/>
          <w:lang w:val="fr-FR"/>
        </w:rPr>
        <w:t xml:space="preserve"> et Samba.</w:t>
      </w:r>
      <w:r w:rsidR="00DC2425" w:rsidRPr="00DC2425">
        <w:rPr>
          <w:color w:val="2C3E50"/>
        </w:rPr>
        <w:t xml:space="preserve"> </w:t>
      </w:r>
      <w:r w:rsidR="00DC2425" w:rsidRPr="00DC2425">
        <w:rPr>
          <w:color w:val="2C3E50"/>
          <w:sz w:val="28"/>
          <w:szCs w:val="28"/>
        </w:rPr>
        <w:t>Hermes Agent, LM studio</w:t>
      </w:r>
      <w:r w:rsidR="00DC2425">
        <w:rPr>
          <w:color w:val="2C3E50"/>
          <w:sz w:val="28"/>
          <w:szCs w:val="28"/>
        </w:rPr>
        <w:t>.</w:t>
      </w:r>
    </w:p>
    <w:p w14:paraId="50F413DB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Déploiement de services Docker : Home Assistant, Uptime Kuma et n8n ; sauvegarde automatisée vers NAS Synology via rsync/NFS et cron quotidien.</w:t>
      </w:r>
    </w:p>
    <w:p w14:paraId="3EAAA787" w14:textId="77777777" w:rsidR="00B81D0B" w:rsidRPr="00F0156A" w:rsidRDefault="00000000">
      <w:pPr>
        <w:keepNext/>
        <w:spacing w:before="60" w:after="2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>Automatisation, IA locale et développement</w:t>
      </w:r>
      <w:r w:rsidRPr="00F0156A">
        <w:rPr>
          <w:rFonts w:cs="Calibri"/>
          <w:color w:val="5F6368"/>
          <w:sz w:val="28"/>
          <w:szCs w:val="28"/>
          <w:lang w:val="fr-FR"/>
        </w:rPr>
        <w:t xml:space="preserve"> | Projet personnel</w:t>
      </w:r>
    </w:p>
    <w:p w14:paraId="33E9C042" w14:textId="77777777" w:rsidR="00B81D0B" w:rsidRPr="00F0156A" w:rsidRDefault="00000000">
      <w:pPr>
        <w:spacing w:after="30"/>
        <w:ind w:left="85"/>
        <w:rPr>
          <w:sz w:val="28"/>
          <w:szCs w:val="28"/>
        </w:rPr>
      </w:pPr>
      <w:r w:rsidRPr="00F0156A">
        <w:rPr>
          <w:rFonts w:cs="Calibri"/>
          <w:sz w:val="28"/>
          <w:szCs w:val="28"/>
          <w:lang w:val="fr-FR"/>
        </w:rPr>
        <w:t>Expérimentation d'outils IA : Ollama avec modèles locaux, Claude, Perplexity, assistant conversationnel intégré à Home Assistant et workflows n8n.</w:t>
      </w:r>
    </w:p>
    <w:p w14:paraId="29817221" w14:textId="77777777" w:rsidR="00B81D0B" w:rsidRDefault="00000000">
      <w:pPr>
        <w:spacing w:after="30"/>
        <w:ind w:left="85"/>
      </w:pPr>
      <w:r w:rsidRPr="00F0156A">
        <w:rPr>
          <w:rFonts w:cs="Calibri"/>
          <w:sz w:val="28"/>
          <w:szCs w:val="28"/>
          <w:lang w:val="fr-FR"/>
        </w:rPr>
        <w:t>Développement de prototypes avec Python, Flask, API, Selenium et scraping ; création d'un bot Telegram IA et de mécanismes de monitoring automatisé</w:t>
      </w:r>
      <w:r>
        <w:rPr>
          <w:rFonts w:cs="Calibri"/>
          <w:lang w:val="fr-FR"/>
        </w:rPr>
        <w:t>.</w:t>
      </w:r>
    </w:p>
    <w:p w14:paraId="660420C5" w14:textId="77777777" w:rsidR="00B81D0B" w:rsidRPr="00F0156A" w:rsidRDefault="00000000">
      <w:pPr>
        <w:pStyle w:val="Titre1"/>
        <w:pBdr>
          <w:bottom w:val="single" w:sz="8" w:space="5" w:color="1F4D78"/>
        </w:pBdr>
        <w:rPr>
          <w:sz w:val="32"/>
          <w:szCs w:val="32"/>
        </w:rPr>
      </w:pPr>
      <w:r w:rsidRPr="00F0156A">
        <w:rPr>
          <w:rFonts w:ascii="Calibri" w:hAnsi="Calibri" w:cs="Calibri"/>
          <w:sz w:val="32"/>
          <w:szCs w:val="32"/>
          <w:lang w:val="fr-FR"/>
        </w:rPr>
        <w:t>FORMATION, CERTIFICATIONS ET LANGUES</w:t>
      </w:r>
    </w:p>
    <w:p w14:paraId="476A1C07" w14:textId="77777777" w:rsidR="00B81D0B" w:rsidRPr="00F0156A" w:rsidRDefault="00000000">
      <w:pPr>
        <w:spacing w:after="4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 xml:space="preserve">Formation : </w:t>
      </w:r>
      <w:r w:rsidRPr="00F0156A">
        <w:rPr>
          <w:rFonts w:cs="Calibri"/>
          <w:sz w:val="28"/>
          <w:szCs w:val="28"/>
          <w:lang w:val="fr-FR"/>
        </w:rPr>
        <w:t>Baccalauréat niveau 4 - Conseiller relation client à distance (2020) ; HACCP - Hygiène alimentaire (2021) ; CAP Cuisine - Montagnac.</w:t>
      </w:r>
    </w:p>
    <w:p w14:paraId="4CC2190D" w14:textId="77777777" w:rsidR="00B81D0B" w:rsidRPr="00F0156A" w:rsidRDefault="00000000">
      <w:pPr>
        <w:spacing w:after="4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 xml:space="preserve">Certifications : </w:t>
      </w:r>
      <w:r w:rsidRPr="00F0156A">
        <w:rPr>
          <w:rFonts w:cs="Calibri"/>
          <w:sz w:val="28"/>
          <w:szCs w:val="28"/>
          <w:lang w:val="fr-FR"/>
        </w:rPr>
        <w:t>AI Fluency Framework &amp; Foundations, Claude 101, Claude Code in Action (Anthropic, 2026) ; Fundamentals of Agents (Hugging Face, 2026).</w:t>
      </w:r>
    </w:p>
    <w:p w14:paraId="4D47DFC3" w14:textId="77777777" w:rsidR="00B81D0B" w:rsidRPr="00F0156A" w:rsidRDefault="00000000">
      <w:pPr>
        <w:spacing w:after="0"/>
        <w:rPr>
          <w:sz w:val="28"/>
          <w:szCs w:val="28"/>
        </w:rPr>
      </w:pPr>
      <w:r w:rsidRPr="00F0156A">
        <w:rPr>
          <w:rFonts w:cs="Calibri"/>
          <w:b/>
          <w:sz w:val="28"/>
          <w:szCs w:val="28"/>
          <w:lang w:val="fr-FR"/>
        </w:rPr>
        <w:t xml:space="preserve">Langues : </w:t>
      </w:r>
      <w:r w:rsidRPr="00F0156A">
        <w:rPr>
          <w:rFonts w:cs="Calibri"/>
          <w:sz w:val="28"/>
          <w:szCs w:val="28"/>
          <w:lang w:val="fr-FR"/>
        </w:rPr>
        <w:t>français natif ; anglais professionnel (expériences au Royaume-Uni, en Suisse et à Jersey).</w:t>
      </w:r>
    </w:p>
    <w:sectPr w:rsidR="00B81D0B" w:rsidRPr="00F0156A" w:rsidSect="00034616">
      <w:pgSz w:w="11906" w:h="16838"/>
      <w:pgMar w:top="822" w:right="822" w:bottom="822" w:left="822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1193847">
    <w:abstractNumId w:val="8"/>
  </w:num>
  <w:num w:numId="2" w16cid:durableId="2122721605">
    <w:abstractNumId w:val="6"/>
  </w:num>
  <w:num w:numId="3" w16cid:durableId="434516554">
    <w:abstractNumId w:val="5"/>
  </w:num>
  <w:num w:numId="4" w16cid:durableId="1458257257">
    <w:abstractNumId w:val="4"/>
  </w:num>
  <w:num w:numId="5" w16cid:durableId="1312172897">
    <w:abstractNumId w:val="7"/>
  </w:num>
  <w:num w:numId="6" w16cid:durableId="811874281">
    <w:abstractNumId w:val="3"/>
  </w:num>
  <w:num w:numId="7" w16cid:durableId="706563375">
    <w:abstractNumId w:val="2"/>
  </w:num>
  <w:num w:numId="8" w16cid:durableId="249198898">
    <w:abstractNumId w:val="1"/>
  </w:num>
  <w:num w:numId="9" w16cid:durableId="176757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D9B"/>
    <w:rsid w:val="0015074B"/>
    <w:rsid w:val="00155C01"/>
    <w:rsid w:val="00232685"/>
    <w:rsid w:val="00276DFD"/>
    <w:rsid w:val="0029639D"/>
    <w:rsid w:val="00326F90"/>
    <w:rsid w:val="00457579"/>
    <w:rsid w:val="004A40D9"/>
    <w:rsid w:val="007129BA"/>
    <w:rsid w:val="0078047A"/>
    <w:rsid w:val="00930A65"/>
    <w:rsid w:val="00AA1D8D"/>
    <w:rsid w:val="00B47730"/>
    <w:rsid w:val="00B81D0B"/>
    <w:rsid w:val="00C838AE"/>
    <w:rsid w:val="00CB0664"/>
    <w:rsid w:val="00D220C8"/>
    <w:rsid w:val="00DC2425"/>
    <w:rsid w:val="00F0156A"/>
    <w:rsid w:val="00FB21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03467"/>
  <w14:defaultImageDpi w14:val="300"/>
  <w15:docId w15:val="{75C7B534-E1AC-416F-8AE8-D1B604FA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color w:val="202124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D78"/>
      <w:sz w:val="23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2E74B5"/>
      <w:sz w:val="2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621</Words>
  <Characters>3417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CV ATS - Christophe Paolino</vt:lpstr>
      <vt:lpstr/>
    </vt:vector>
  </TitlesOfParts>
  <Manager/>
  <Company/>
  <LinksUpToDate>false</LinksUpToDate>
  <CharactersWithSpaces>4030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ATS - Christophe Paolino</dc:title>
  <dc:subject>Candidature - Technicien informatique</dc:subject>
  <dc:creator>Christophe Paolino</dc:creator>
  <cp:keywords>Technicien informatique, support N1 N2, systèmes, réseaux, Docker, Linux</cp:keywords>
  <dc:description>CV optimisé pour une lecture ATS</dc:description>
  <cp:lastModifiedBy>Christophe Paolino</cp:lastModifiedBy>
  <cp:revision>10</cp:revision>
  <dcterms:created xsi:type="dcterms:W3CDTF">2026-07-21T15:59:00Z</dcterms:created>
  <dcterms:modified xsi:type="dcterms:W3CDTF">2026-08-08T07:57:00Z</dcterms:modified>
  <cp:category/>
</cp:coreProperties>
</file>